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EE00C" w14:textId="57FCC518" w:rsidR="00EE4370" w:rsidRPr="00855D85" w:rsidRDefault="00000000">
      <w:pPr>
        <w:jc w:val="center"/>
        <w:rPr>
          <w:sz w:val="28"/>
          <w:szCs w:val="32"/>
        </w:rPr>
      </w:pPr>
      <w:r w:rsidRPr="00855D85">
        <w:rPr>
          <w:b/>
          <w:sz w:val="36"/>
          <w:szCs w:val="32"/>
        </w:rPr>
        <w:t>REGISTRATION FOR FOREIGN LANGUAGE COURSES – WINTER SEMESTER 2026/2027</w:t>
      </w:r>
    </w:p>
    <w:p w14:paraId="10C1C5C1" w14:textId="77777777" w:rsidR="006F38C6" w:rsidRPr="006F38C6" w:rsidRDefault="006F38C6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3507"/>
      </w:tblGrid>
      <w:tr w:rsidR="00F72CA5" w:rsidRPr="00F72CA5" w14:paraId="25AC6D72" w14:textId="0C0E48E3" w:rsidTr="00DE0C65">
        <w:trPr>
          <w:trHeight w:val="533"/>
          <w:jc w:val="center"/>
        </w:trPr>
        <w:tc>
          <w:tcPr>
            <w:tcW w:w="8607" w:type="dxa"/>
            <w:gridSpan w:val="2"/>
            <w:vAlign w:val="center"/>
          </w:tcPr>
          <w:p w14:paraId="1B0ED740" w14:textId="3D469F12" w:rsidR="00F72CA5" w:rsidRPr="00F72CA5" w:rsidRDefault="00F72CA5" w:rsidP="00F72CA5">
            <w:pPr>
              <w:rPr>
                <w:b/>
                <w:sz w:val="28"/>
                <w:szCs w:val="28"/>
              </w:rPr>
            </w:pPr>
            <w:r w:rsidRPr="00F72CA5">
              <w:rPr>
                <w:b/>
                <w:sz w:val="28"/>
                <w:szCs w:val="28"/>
              </w:rPr>
              <w:t>POLISH LANGUAGE</w:t>
            </w:r>
            <w:r w:rsidR="008D7D6E">
              <w:rPr>
                <w:b/>
                <w:sz w:val="28"/>
                <w:szCs w:val="28"/>
              </w:rPr>
              <w:t xml:space="preserve"> COURSES</w:t>
            </w:r>
          </w:p>
        </w:tc>
      </w:tr>
      <w:tr w:rsidR="00F72CA5" w:rsidRPr="00F72CA5" w14:paraId="17A09234" w14:textId="23888FEB" w:rsidTr="00F72CA5">
        <w:trPr>
          <w:trHeight w:val="1830"/>
          <w:jc w:val="center"/>
        </w:trPr>
        <w:tc>
          <w:tcPr>
            <w:tcW w:w="5100" w:type="dxa"/>
          </w:tcPr>
          <w:p w14:paraId="296B6960" w14:textId="77777777" w:rsidR="00F72CA5" w:rsidRDefault="00F72CA5">
            <w:pPr>
              <w:rPr>
                <w:b/>
                <w:sz w:val="28"/>
                <w:szCs w:val="28"/>
              </w:rPr>
            </w:pPr>
          </w:p>
          <w:p w14:paraId="44308B99" w14:textId="77777777" w:rsidR="00855D85" w:rsidRDefault="00F72CA5">
            <w:pPr>
              <w:rPr>
                <w:b/>
                <w:sz w:val="28"/>
                <w:szCs w:val="28"/>
              </w:rPr>
            </w:pPr>
            <w:r w:rsidRPr="00F72CA5">
              <w:rPr>
                <w:b/>
                <w:sz w:val="28"/>
                <w:szCs w:val="28"/>
              </w:rPr>
              <w:t>FOR INTERNATIONAL STUDENTS studying in English</w:t>
            </w:r>
            <w:r w:rsidR="00855D85">
              <w:rPr>
                <w:b/>
                <w:sz w:val="28"/>
                <w:szCs w:val="28"/>
              </w:rPr>
              <w:t xml:space="preserve"> </w:t>
            </w:r>
          </w:p>
          <w:p w14:paraId="5F22AF38" w14:textId="77777777" w:rsidR="00855D85" w:rsidRDefault="00855D85">
            <w:pPr>
              <w:rPr>
                <w:b/>
                <w:sz w:val="28"/>
                <w:szCs w:val="28"/>
              </w:rPr>
            </w:pPr>
          </w:p>
          <w:p w14:paraId="1823271F" w14:textId="156858C8" w:rsidR="00F72CA5" w:rsidRPr="00855D85" w:rsidRDefault="00855D85">
            <w:pPr>
              <w:rPr>
                <w:bCs/>
                <w:sz w:val="28"/>
                <w:szCs w:val="28"/>
              </w:rPr>
            </w:pPr>
            <w:r w:rsidRPr="00855D85">
              <w:rPr>
                <w:bCs/>
                <w:sz w:val="24"/>
                <w:szCs w:val="24"/>
              </w:rPr>
              <w:t>(Registration is done in the USOS system)</w:t>
            </w:r>
          </w:p>
        </w:tc>
        <w:tc>
          <w:tcPr>
            <w:tcW w:w="3507" w:type="dxa"/>
          </w:tcPr>
          <w:p w14:paraId="7D69BEB2" w14:textId="77777777" w:rsidR="00F72CA5" w:rsidRDefault="00F72CA5" w:rsidP="00F72CA5">
            <w:pPr>
              <w:rPr>
                <w:b/>
                <w:sz w:val="28"/>
                <w:szCs w:val="28"/>
              </w:rPr>
            </w:pPr>
          </w:p>
          <w:p w14:paraId="4905DD3F" w14:textId="4F0D97BD" w:rsidR="00F72CA5" w:rsidRPr="00F72CA5" w:rsidRDefault="008D7D6E" w:rsidP="00F72CA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from </w:t>
            </w:r>
            <w:r w:rsidR="00F72CA5" w:rsidRPr="00F72CA5">
              <w:rPr>
                <w:b/>
                <w:sz w:val="28"/>
                <w:szCs w:val="28"/>
              </w:rPr>
              <w:t>25 September</w:t>
            </w:r>
            <w:r>
              <w:rPr>
                <w:b/>
                <w:sz w:val="28"/>
                <w:szCs w:val="28"/>
              </w:rPr>
              <w:t>,</w:t>
            </w:r>
            <w:r w:rsidR="00F72CA5" w:rsidRPr="00F72CA5">
              <w:rPr>
                <w:b/>
                <w:sz w:val="28"/>
                <w:szCs w:val="28"/>
              </w:rPr>
              <w:t xml:space="preserve"> 9a.m. to 9 October</w:t>
            </w:r>
            <w:r w:rsidR="00F72CA5" w:rsidRPr="00F72CA5">
              <w:rPr>
                <w:b/>
                <w:sz w:val="28"/>
                <w:szCs w:val="28"/>
              </w:rPr>
              <w:br/>
              <w:t>(direct registration for groups)</w:t>
            </w:r>
          </w:p>
        </w:tc>
      </w:tr>
    </w:tbl>
    <w:p w14:paraId="2F0D913C" w14:textId="49CD1DA8" w:rsidR="006F38C6" w:rsidRPr="006F38C6" w:rsidRDefault="006F38C6">
      <w:pPr>
        <w:rPr>
          <w:sz w:val="32"/>
          <w:szCs w:val="3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15"/>
        <w:gridCol w:w="4315"/>
      </w:tblGrid>
      <w:tr w:rsidR="00F72CA5" w:rsidRPr="00F72CA5" w14:paraId="4B84A980" w14:textId="77777777" w:rsidTr="00855D85">
        <w:trPr>
          <w:trHeight w:val="800"/>
          <w:jc w:val="center"/>
        </w:trPr>
        <w:tc>
          <w:tcPr>
            <w:tcW w:w="8630" w:type="dxa"/>
            <w:gridSpan w:val="2"/>
            <w:vAlign w:val="center"/>
          </w:tcPr>
          <w:p w14:paraId="40D1CBCF" w14:textId="002E6824" w:rsidR="00F72CA5" w:rsidRPr="00F72CA5" w:rsidRDefault="00F72CA5">
            <w:pPr>
              <w:rPr>
                <w:sz w:val="28"/>
                <w:szCs w:val="32"/>
              </w:rPr>
            </w:pPr>
            <w:r w:rsidRPr="00F72CA5">
              <w:rPr>
                <w:b/>
                <w:sz w:val="28"/>
                <w:szCs w:val="32"/>
              </w:rPr>
              <w:t>FULL-TIME STUDIES IN ENGLISH</w:t>
            </w:r>
          </w:p>
        </w:tc>
      </w:tr>
      <w:tr w:rsidR="001B2B71" w14:paraId="4EB9E990" w14:textId="77777777" w:rsidTr="00855D85">
        <w:trPr>
          <w:trHeight w:val="1124"/>
          <w:jc w:val="center"/>
        </w:trPr>
        <w:tc>
          <w:tcPr>
            <w:tcW w:w="4315" w:type="dxa"/>
            <w:vMerge w:val="restart"/>
          </w:tcPr>
          <w:p w14:paraId="125886C6" w14:textId="540F082D" w:rsidR="001B2B71" w:rsidRPr="00F72CA5" w:rsidRDefault="001B2B71" w:rsidP="00F72CA5">
            <w:pPr>
              <w:rPr>
                <w:b/>
                <w:bCs/>
                <w:sz w:val="32"/>
                <w:szCs w:val="32"/>
              </w:rPr>
            </w:pPr>
            <w:r w:rsidRPr="00F72CA5">
              <w:rPr>
                <w:b/>
                <w:bCs/>
                <w:sz w:val="32"/>
                <w:szCs w:val="32"/>
              </w:rPr>
              <w:t>Specialized English</w:t>
            </w:r>
            <w:r w:rsidRPr="00F72CA5">
              <w:rPr>
                <w:b/>
                <w:bCs/>
                <w:sz w:val="32"/>
                <w:szCs w:val="32"/>
              </w:rPr>
              <w:br/>
              <w:t>C1, C2</w:t>
            </w:r>
          </w:p>
          <w:p w14:paraId="6EF53E2C" w14:textId="77777777" w:rsidR="001B2B71" w:rsidRDefault="001B2B71" w:rsidP="00F72CA5">
            <w:pPr>
              <w:rPr>
                <w:b/>
                <w:bCs/>
                <w:sz w:val="32"/>
                <w:szCs w:val="32"/>
              </w:rPr>
            </w:pPr>
            <w:r w:rsidRPr="00F72CA5">
              <w:rPr>
                <w:b/>
                <w:bCs/>
                <w:sz w:val="32"/>
                <w:szCs w:val="32"/>
              </w:rPr>
              <w:t>Languages other than English</w:t>
            </w:r>
            <w:r w:rsidRPr="00F72CA5">
              <w:rPr>
                <w:b/>
                <w:bCs/>
                <w:sz w:val="32"/>
                <w:szCs w:val="32"/>
              </w:rPr>
              <w:br/>
              <w:t>A1–B2</w:t>
            </w:r>
          </w:p>
          <w:p w14:paraId="7B47BD62" w14:textId="77777777" w:rsidR="001B2B71" w:rsidRDefault="001B2B71" w:rsidP="00F72CA5">
            <w:pPr>
              <w:rPr>
                <w:sz w:val="24"/>
                <w:szCs w:val="24"/>
              </w:rPr>
            </w:pPr>
          </w:p>
          <w:p w14:paraId="1401B5C7" w14:textId="50A8EAE2" w:rsidR="001B2B71" w:rsidRPr="00855D85" w:rsidRDefault="001B2B71" w:rsidP="00F72CA5">
            <w:pPr>
              <w:rPr>
                <w:sz w:val="28"/>
                <w:szCs w:val="28"/>
              </w:rPr>
            </w:pPr>
            <w:r w:rsidRPr="00855D85">
              <w:rPr>
                <w:sz w:val="24"/>
                <w:szCs w:val="24"/>
              </w:rPr>
              <w:t>(Registration is done in the USOS system)</w:t>
            </w:r>
          </w:p>
        </w:tc>
        <w:tc>
          <w:tcPr>
            <w:tcW w:w="4315" w:type="dxa"/>
          </w:tcPr>
          <w:p w14:paraId="20A756CE" w14:textId="69AE8556" w:rsidR="001B2B71" w:rsidRPr="00F72CA5" w:rsidRDefault="001B2B71" w:rsidP="00F72C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Part</w:t>
            </w:r>
            <w:r w:rsidRPr="00F72CA5">
              <w:rPr>
                <w:sz w:val="28"/>
                <w:szCs w:val="28"/>
              </w:rPr>
              <w:t xml:space="preserve"> I – course selection</w:t>
            </w:r>
            <w:r w:rsidRPr="00F72CA5">
              <w:rPr>
                <w:sz w:val="28"/>
                <w:szCs w:val="28"/>
              </w:rPr>
              <w:br/>
              <w:t>25</w:t>
            </w:r>
            <w:r>
              <w:rPr>
                <w:sz w:val="28"/>
                <w:szCs w:val="28"/>
              </w:rPr>
              <w:t xml:space="preserve"> to </w:t>
            </w:r>
            <w:r w:rsidRPr="00F72CA5">
              <w:rPr>
                <w:sz w:val="28"/>
                <w:szCs w:val="28"/>
              </w:rPr>
              <w:t>28 September</w:t>
            </w:r>
          </w:p>
        </w:tc>
      </w:tr>
      <w:tr w:rsidR="001B2B71" w14:paraId="53F2617E" w14:textId="77777777" w:rsidTr="00855D85">
        <w:trPr>
          <w:trHeight w:val="970"/>
          <w:jc w:val="center"/>
        </w:trPr>
        <w:tc>
          <w:tcPr>
            <w:tcW w:w="4315" w:type="dxa"/>
            <w:vMerge/>
          </w:tcPr>
          <w:p w14:paraId="4D421327" w14:textId="33745E75" w:rsidR="001B2B71" w:rsidRPr="00F72CA5" w:rsidRDefault="001B2B71" w:rsidP="00F72CA5">
            <w:pPr>
              <w:rPr>
                <w:sz w:val="28"/>
                <w:szCs w:val="28"/>
              </w:rPr>
            </w:pPr>
          </w:p>
        </w:tc>
        <w:tc>
          <w:tcPr>
            <w:tcW w:w="4315" w:type="dxa"/>
          </w:tcPr>
          <w:p w14:paraId="7AE590D6" w14:textId="0E8DDBF8" w:rsidR="001B2B71" w:rsidRPr="00F72CA5" w:rsidRDefault="001B2B71" w:rsidP="00F72C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Part</w:t>
            </w:r>
            <w:r w:rsidRPr="00F72CA5">
              <w:rPr>
                <w:sz w:val="28"/>
                <w:szCs w:val="28"/>
              </w:rPr>
              <w:t xml:space="preserve"> II – group selection</w:t>
            </w:r>
            <w:r w:rsidRPr="00F72CA5">
              <w:rPr>
                <w:sz w:val="28"/>
                <w:szCs w:val="28"/>
              </w:rPr>
              <w:br/>
              <w:t>30 September (all day)</w:t>
            </w:r>
          </w:p>
        </w:tc>
      </w:tr>
      <w:tr w:rsidR="001B2B71" w14:paraId="4360BE00" w14:textId="77777777" w:rsidTr="001B2B71">
        <w:trPr>
          <w:trHeight w:val="1710"/>
          <w:jc w:val="center"/>
        </w:trPr>
        <w:tc>
          <w:tcPr>
            <w:tcW w:w="4315" w:type="dxa"/>
            <w:vMerge/>
          </w:tcPr>
          <w:p w14:paraId="14931371" w14:textId="22CE16A6" w:rsidR="001B2B71" w:rsidRPr="00F72CA5" w:rsidRDefault="001B2B71" w:rsidP="00F72CA5">
            <w:pPr>
              <w:rPr>
                <w:sz w:val="28"/>
                <w:szCs w:val="28"/>
              </w:rPr>
            </w:pPr>
          </w:p>
        </w:tc>
        <w:tc>
          <w:tcPr>
            <w:tcW w:w="4315" w:type="dxa"/>
          </w:tcPr>
          <w:p w14:paraId="24640A36" w14:textId="77777777" w:rsidR="001B2B71" w:rsidRDefault="001B2B71" w:rsidP="00F72C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Part</w:t>
            </w:r>
            <w:r w:rsidRPr="00F72CA5">
              <w:rPr>
                <w:sz w:val="28"/>
                <w:szCs w:val="28"/>
              </w:rPr>
              <w:t xml:space="preserve"> III – exchange of available places within the course selected in </w:t>
            </w:r>
            <w:r>
              <w:rPr>
                <w:sz w:val="28"/>
                <w:szCs w:val="28"/>
              </w:rPr>
              <w:t>Part</w:t>
            </w:r>
            <w:r w:rsidRPr="00F72CA5">
              <w:rPr>
                <w:sz w:val="28"/>
                <w:szCs w:val="28"/>
              </w:rPr>
              <w:t xml:space="preserve"> I</w:t>
            </w:r>
            <w:r w:rsidRPr="00F72CA5">
              <w:rPr>
                <w:sz w:val="28"/>
                <w:szCs w:val="28"/>
              </w:rPr>
              <w:br/>
              <w:t xml:space="preserve">1 October, from </w:t>
            </w:r>
            <w:r>
              <w:rPr>
                <w:sz w:val="28"/>
                <w:szCs w:val="28"/>
              </w:rPr>
              <w:t>3</w:t>
            </w:r>
            <w:r w:rsidRPr="00F72CA5">
              <w:rPr>
                <w:sz w:val="28"/>
                <w:szCs w:val="28"/>
              </w:rPr>
              <w:t>p.m. t</w:t>
            </w:r>
            <w:r>
              <w:rPr>
                <w:sz w:val="28"/>
                <w:szCs w:val="28"/>
              </w:rPr>
              <w:t>ill</w:t>
            </w:r>
            <w:r w:rsidRPr="00F72CA5">
              <w:rPr>
                <w:sz w:val="28"/>
                <w:szCs w:val="28"/>
              </w:rPr>
              <w:t xml:space="preserve"> midnight</w:t>
            </w:r>
          </w:p>
          <w:p w14:paraId="695D8268" w14:textId="2BA57F32" w:rsidR="001B2B71" w:rsidRPr="00F72CA5" w:rsidRDefault="001B2B71" w:rsidP="00F72CA5">
            <w:pPr>
              <w:rPr>
                <w:sz w:val="28"/>
                <w:szCs w:val="28"/>
              </w:rPr>
            </w:pPr>
          </w:p>
        </w:tc>
      </w:tr>
      <w:tr w:rsidR="001B2B71" w14:paraId="3E807D08" w14:textId="77777777" w:rsidTr="00855D85">
        <w:trPr>
          <w:trHeight w:val="207"/>
          <w:jc w:val="center"/>
        </w:trPr>
        <w:tc>
          <w:tcPr>
            <w:tcW w:w="4315" w:type="dxa"/>
            <w:vMerge/>
          </w:tcPr>
          <w:p w14:paraId="6D9E4ABD" w14:textId="77777777" w:rsidR="001B2B71" w:rsidRPr="00F72CA5" w:rsidRDefault="001B2B71" w:rsidP="00F72CA5">
            <w:pPr>
              <w:rPr>
                <w:sz w:val="28"/>
                <w:szCs w:val="28"/>
              </w:rPr>
            </w:pPr>
          </w:p>
        </w:tc>
        <w:tc>
          <w:tcPr>
            <w:tcW w:w="4315" w:type="dxa"/>
          </w:tcPr>
          <w:p w14:paraId="6CA62FB1" w14:textId="449D38F4" w:rsidR="001B2B71" w:rsidRDefault="001B2B71" w:rsidP="00F72C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Part</w:t>
            </w:r>
            <w:r w:rsidRPr="00F72CA5">
              <w:rPr>
                <w:sz w:val="28"/>
                <w:szCs w:val="28"/>
              </w:rPr>
              <w:t xml:space="preserve"> IV – direct registration for groups</w:t>
            </w:r>
            <w:r w:rsidRPr="00F72CA5">
              <w:rPr>
                <w:sz w:val="28"/>
                <w:szCs w:val="28"/>
              </w:rPr>
              <w:br/>
              <w:t>2–9 October</w:t>
            </w:r>
          </w:p>
        </w:tc>
      </w:tr>
    </w:tbl>
    <w:p w14:paraId="3E6C2198" w14:textId="7EAC4C8B" w:rsidR="00EE4370" w:rsidRPr="00824F06" w:rsidRDefault="00855D85" w:rsidP="00855D85">
      <w:pPr>
        <w:rPr>
          <w:sz w:val="24"/>
          <w:szCs w:val="28"/>
        </w:rPr>
      </w:pPr>
      <w:r w:rsidRPr="00824F06">
        <w:rPr>
          <w:sz w:val="24"/>
          <w:szCs w:val="28"/>
        </w:rPr>
        <w:t xml:space="preserve"> more information at </w:t>
      </w:r>
      <w:hyperlink r:id="rId6" w:history="1">
        <w:r w:rsidRPr="00824F06">
          <w:rPr>
            <w:rStyle w:val="Hyperlink"/>
            <w:sz w:val="24"/>
            <w:szCs w:val="28"/>
          </w:rPr>
          <w:t>www.sjo.pw.edu.pl</w:t>
        </w:r>
      </w:hyperlink>
      <w:r w:rsidRPr="00824F06">
        <w:rPr>
          <w:sz w:val="24"/>
          <w:szCs w:val="28"/>
        </w:rPr>
        <w:t xml:space="preserve"> </w:t>
      </w:r>
    </w:p>
    <w:sectPr w:rsidR="00EE4370" w:rsidRPr="00824F0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3204868">
    <w:abstractNumId w:val="8"/>
  </w:num>
  <w:num w:numId="2" w16cid:durableId="883979365">
    <w:abstractNumId w:val="6"/>
  </w:num>
  <w:num w:numId="3" w16cid:durableId="1452087855">
    <w:abstractNumId w:val="5"/>
  </w:num>
  <w:num w:numId="4" w16cid:durableId="2108309689">
    <w:abstractNumId w:val="4"/>
  </w:num>
  <w:num w:numId="5" w16cid:durableId="24411265">
    <w:abstractNumId w:val="7"/>
  </w:num>
  <w:num w:numId="6" w16cid:durableId="1939483649">
    <w:abstractNumId w:val="3"/>
  </w:num>
  <w:num w:numId="7" w16cid:durableId="1986545559">
    <w:abstractNumId w:val="2"/>
  </w:num>
  <w:num w:numId="8" w16cid:durableId="203179943">
    <w:abstractNumId w:val="1"/>
  </w:num>
  <w:num w:numId="9" w16cid:durableId="488984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2B71"/>
    <w:rsid w:val="0029639D"/>
    <w:rsid w:val="00326F90"/>
    <w:rsid w:val="003F470C"/>
    <w:rsid w:val="005505DB"/>
    <w:rsid w:val="00590646"/>
    <w:rsid w:val="006F38C6"/>
    <w:rsid w:val="00824F06"/>
    <w:rsid w:val="00855D85"/>
    <w:rsid w:val="008B4183"/>
    <w:rsid w:val="008C0C16"/>
    <w:rsid w:val="008D7D6E"/>
    <w:rsid w:val="009231AE"/>
    <w:rsid w:val="00A13699"/>
    <w:rsid w:val="00AA1D8D"/>
    <w:rsid w:val="00AE09F1"/>
    <w:rsid w:val="00B47730"/>
    <w:rsid w:val="00CB0664"/>
    <w:rsid w:val="00D65560"/>
    <w:rsid w:val="00EB201A"/>
    <w:rsid w:val="00EE4370"/>
    <w:rsid w:val="00F33BF1"/>
    <w:rsid w:val="00F72CA5"/>
    <w:rsid w:val="00FC693F"/>
    <w:rsid w:val="00FE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503068"/>
  <w14:defaultImageDpi w14:val="300"/>
  <w15:docId w15:val="{72889604-A6B0-47F7-B5C0-119296152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55D8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5D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jo.pw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Mitroszewska Katarzyna</cp:lastModifiedBy>
  <cp:revision>2</cp:revision>
  <cp:lastPrinted>2026-09-17T08:53:00Z</cp:lastPrinted>
  <dcterms:created xsi:type="dcterms:W3CDTF">2026-09-17T12:24:00Z</dcterms:created>
  <dcterms:modified xsi:type="dcterms:W3CDTF">2026-09-17T12:24:00Z</dcterms:modified>
  <cp:category/>
</cp:coreProperties>
</file>